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מטקסט מידעי ומטבלה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יתרון למחיר, ובין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מבוסס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 מהטקסט ומהטבלה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דגים קטנים (כמו סרדינים)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תאואים, שוורי מושק ולהקות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מקיפים את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המטריארכית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תנועה מהירה ומשותפת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להשגיח ולהזהיר מסכנה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מנהיג, כל דג שומר מרחק משכניו ומתאים כיוון ומהירות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על חלוקת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גודל הקבוצה משתנה לפי כמות המזון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יתרון או מחיר?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יתרון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יתרון שעוזר לקבוצה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מחיר של חיים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יתרון של חיים בקבוצה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דעה אישית, אי אפשר לבדוק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מידע עובדתי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מידע עובדתי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עובדה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דעה, אי אפשר למדוד יופי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בודקים טענה של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כמה עדרים נבדקו? איך מדדו את התגובה לסכנה? באילו תנאים נערך המחקר?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 במשפט פתיחה, שני נימוקים מבוססי מידע מהטקסט או מהטבלה, טענה נגדית אחת עם מענה,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עיניים ואוזניים מזהות סכנה מהר, והסיכוי של כל פרט להיתפס קטן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התגוננות משותפת או טורף מתגלה מהר; מחיר: תחרות על מזון או מחלות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זקיפה שמזהירה מסכנה, ואחרים מחפשים מזון, חופרים מחילות או שומרים על הגורים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הטבלה יחד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 יתרון/מחיר ועובדה/דעה כדאי לעבור על דוגמה אחת משותפת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באיתור מידע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כוחו של העדר - חיים בקבוצה אצל בעלי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לומדים למה בעלי חיים רבים חיים בקבוצות - עדרים, להקות ומושבות - ואיך כל סוג קבוצה מתגונן ומתארגן בדרכו.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 מהטקסט ומהטבלה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בעל חיים יש הקבוצות הגדולות ביותר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אפריקני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 קטנים (כמו סרדינים)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 המושק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קבוצות אין מנהיג קבוע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פילים וסוריקטות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תאואים, שוורי מושק ולהקות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הקבוצות יש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דרך התגוננות דומה אצל הפילים ושוורי המושק?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בורחים למחילות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מקיפים את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יוצרים אפקט בלבול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עדר הפילים?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המטריארכית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זוג 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זקיפה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גורם ל'אפקט הבלבול' בלהקת דגים?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מהירה ומשותפת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קריאות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מעגל הגנה סביב הגורים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 מצוין של מנהיגה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 הזקיפה אצל הסוריקטות?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להשגיח ולהזהיר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לחפור מחילות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במספרים פירושו שהסיכוי של כל פרט להיתפס קטן בקבוצה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בלהקת דגים כל דג עוקב אחרי מנהיג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הסוריקטות משמיעות קריאות שונות לסכנה מהאוויר ולסכנה מהקרקע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גודל הקבוצה אצל בעלי חיים קבוע ואינו משתנה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יתרון או מחיר?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לחלוק את המזון עם כל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טורף מתגלה מוקדם יותר כשיש הרבה עיניים ואוזניים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חלוקת תפקידים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מחלות מתפשטות מהר יותר בקבוצה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מריבות על מקום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להתגונן יחד מול טורפים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 מעניין לחקור סוריקטות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תאואים מתקבצים לפעמים לאלפים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הזכרים בעדר הפילים עוזבים את המשפחה בגיל ההתבגרות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לשוורי המושק יש קרניים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להקת דגים היא המחזה היפה ביותר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בודקים טענה של חוקרים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נכתב שעדרים שבראשם מטריארכית מבוגרת מגיבים טוב יותר לסכנה. כתבו שתי שאלות שהייתם שואלים את החוקרים כדי לבדוק את הטענה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'עדיף לבעלי חיים לחיות בקבוצה מאשר לבד.' כתבו פסקת טיעון בת 5-7 שורות: הציגו עמדה, שני נימוקים מהטקסט ומהטבלה, וטענה נגדית אחת עם תשובה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'ביטחון במספרים'? תנו דוגמה אחת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יתרון אחד ומחיר אחד של חיים בקבוצה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הסוריקטות מחלקות תפקידים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כוחו של העדר - חיים בקבוצה אצל בעלי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