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חיים בקבוצה אצל בעלי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מטקסט מידעי ומטבלה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יתרון למחיר, ובין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מבוסס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מהטקסט ומהטבלה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דגים קטנים (כמו סרדינים)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תאואים, שוורי מושק ולהקות דגים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על חלוקת תפקידים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יתרון או מחיר?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יתרון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יתרון שעוזר לקבוצה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מחיר של חיים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דעה אישית, אי אפשר לבדוק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מידע עובדתי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מידע עובדתי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בודקים טענה של חוקרים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עמדה ברורה במשפט פתיחה, שני נימוקים מבוססי מידע מהטקסט או מהטבלה, טענה נגדית אחת עם מענה, ומשפט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עיניים ואוזניים מזהות סכנה מהר, והסיכוי של כל פרט להיתפס קטן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התגוננות משותפת או טורף מתגלה מהר; מחיר: תחרות על מזון או מחלות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זקיפה שמזהירה מסכנה, ואחרים מחפשים מזון, חופרים מחילות או שומרים על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הטבלה יחד בקול לפני התחלת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 יתרון/מחיר ועובדה/דעה כדאי לעבור על דוגמה אחת משותפת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באיתור מידע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חיים בקבוצה אצל בעלי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לומדים למה בעלי חיים רבים חיים בקבוצות - עדרים, להקות ומושבות - ואיך כל סוג קבוצה מתגונן ומתארגן בדרכו.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איתור מידע מהטקסט ומהטבלה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בעל חיים יש הקבוצות הגדולות ביותר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פיל אפריקני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סוריקטה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דגים קטנים (כמו סרדינים)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באילו קבוצות אין מנהיג קבוע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פילים וסוריקטות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תאואים, שוורי מושק ולהקות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פילים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ביטחון במספרים פירושו שהסיכוי של כל פרט להיתפס קטן בקבוצה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הסוריקטות משמיעות קריאות שונות לסכנה מהאוויר ולסכנה מהקרקע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יתרון או מחיר?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טורף מתגלה מוקדם יותר כשיש הרבה עיניים ואוזניים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חלוקת תפקידים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מריבות על מקום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 מעניין לחקור סוריקטות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תאואים מתקבצים לפעמים לאלפים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הזכרים בעדר הפילים עוזבים את המשפחה בגיל ההתבגרות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בודקים טענה של חוקרים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'עדיף לבעלי חיים לחיות בקבוצה מאשר לבד.' כתבו פסקת טיעון בת 5-7 שורות: הציגו עמדה, שני נימוקים מהטקסט ומהטבלה, וטענה נגדית אחת עם 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'ביטחון במספרים'? תנו דוגמה אחת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יתרון אחד ומחיר אחד של חיים בקבוצה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 - חיים בקבוצה אצל בעלי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